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התנדבות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"התנדבות"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🙌 התנדבות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עוֹזְרִים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🙌 התנדבות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🙌 🧹 ❤️  משפט השבוע: עוֹזְרִים כִּי רוֹצִים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וּמַשְׁלִימִים  |  מִשְׁפָּחָה  |  עוֹזְרִים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"עוֹזְרִים כִּי רוֹצִים"?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🙌 התנדבות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🏡 משפחה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לעזור בבית בלי שיבקשו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לאסוף צעצוע שלא משחקים בו ולתרום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 כִּי רוֹצִים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במה אתם אוהבים לעזור בבית?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לעזור בבית בלי שיבקשו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התנדבות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