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התנדבות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"התנדבות"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לעזור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volunteering / волонтёрство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to help / помогать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give / давать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neighborhood / район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התנדבות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🙌 התנדבות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התנדבות זה לעזור לאחרים בלי כסף. עוזרים כי רוצים.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התנדבות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volunteering · волонтёрство · በፈቃደኝነት ማገልገል · تطوع · bénévolat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help · помогать · መርዳት · يساعد · aider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give · давать · መስጠት · يعطي · donner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שכונה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neighborhood · район · ሰፈር · حي · quartier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התנדבות  |  לעזור  |  לתת  |  שכונה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help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לעזור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התנדבות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לתת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התנדבות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give / давать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volunteering / волонтёрство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to help / помогать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neighborhood / район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לעזור לאחרים בלי כסף. עוזרים כי רוצים.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"התנדבות".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במה אתם אוהבים לעזור בבית?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לעזור בבית בלי שיבקשו / לאסוף צעצוע שלא משחקים בו ולתרום)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התנדבות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