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משפחה</w:t>
      </w:r>
    </w:p>
    <w:p>
      <w:pPr>
        <w:bidi/>
        <w:jc w:val="right"/>
      </w:pPr>
      <w:r>
        <w:rPr>
          <w:rFonts w:ascii="Arial" w:hAnsi="Arial" w:cs="Arial"/>
          <w:sz w:val="24"/>
          <w:rtl/>
          <w:szCs w:val="24"/>
        </w:rPr>
        <w:t>• 🎯 מטרה: לתרגל את ערך השבוע "משפחה"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האנשים הקרובים שדואגים לנו ושאנחנו דואגים להם, בכל צורה ובכל גודל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לפתור ויכוחים במילים, בהקשבה ובחיפוש פתרון שטוב לכולם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לבחור במילים שבונות, מעודדות ומחממות את הלב, בדיבור ובכתב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ג – לדאוג לגוף ולנפש: תנועה, שינה, אוכל טוב, מנוחה וזמן לעצמנו</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מרגישים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נועה</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משפחה – דף תרגול</w:t>
      </w:r>
    </w:p>
    <w:p>
      <w:pPr>
        <w:bidi/>
        <w:jc w:val="right"/>
      </w:pPr>
      <w:r>
        <w:rPr>
          <w:rFonts w:ascii="Arial" w:hAnsi="Arial" w:cs="Arial"/>
          <w:color w:val="555577"/>
          <w:sz w:val="24"/>
          <w:rtl/>
          <w:szCs w:val="24"/>
        </w:rPr>
        <w:t>ערך השבוע: משפחה – האנשים הקרובים שדואגים לנו ושאנחנו דואגים להם, בכל צורה ובכל גודל.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איתי רצה לשחק אחרי בית הספר, אבל הבטיח לעזור לסבא שלו לסדר את המחסן. הוא כעס קצת. בזמן הסידור סבא סיפר לו סיפורים מהילדות שלו, ואיתי גילה דברים שלא ידע. מתי זמן משפחתי מפתיע אותנו?</w:t>
      </w:r>
    </w:p>
    <w:p>
      <w:pPr>
        <w:bidi/>
        <w:jc w:val="right"/>
      </w:pPr>
      <w:r>
        <w:rPr>
          <w:rFonts w:ascii="Arial" w:hAnsi="Arial" w:cs="Arial"/>
          <w:sz w:val="24"/>
          <w:rtl/>
          <w:szCs w:val="24"/>
        </w:rPr>
        <w:t>1. איזה מנהג קטן יש לכם במשפחה?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אפשר לעזור בבית בלי שיבקשו?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"משפחה"?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לחבק או לומר תודה למישהו בבית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לעזור בבית במשימה אחת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לספר במשפחה על דבר טוב מבית הספר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משפחה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לבחור במילים שבונות, מעודדות ומחממות את הלב, בדיבור ובכתב</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שלום ופתרון מחלוקות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לפתור ויכוחים במילים, בהקשבה ובחיפוש פתרון שטוב לכולם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מילים טובות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לדאוג לגוף ולנפש: תנועה, שינה, אוכל טוב, מנוחה וזמן לעצמנו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בריאות ואיזון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האנשים הקרובים שדואגים לנו ושאנחנו דואגים להם, בכל צורה ובכל גודל</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"משפחה היא לא איך היא נראית, אלא איך ________ בה"</w:t>
      </w:r>
    </w:p>
    <w:p>
      <w:pPr>
        <w:bidi/>
        <w:jc w:val="right"/>
      </w:pPr>
      <w:r>
        <w:rPr>
          <w:rFonts w:ascii="Arial" w:hAnsi="Arial" w:cs="Arial"/>
          <w:sz w:val="24"/>
          <w:rtl/>
          <w:szCs w:val="24"/>
        </w:rPr>
        <w:t>2. 🧩 חידה: לאמא של נועה יש שלוש בנות: בת ראשונה בשם דנה, בת שנייה בשם רונה. מה השם של הבת השלישית?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לעזור בבית במשימה אחת · לספר במשפחה על דבר טוב מבית הספר · לחבק או לומר תודה למישהו בבית</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המשפחה שלי או על משפחות אחרות?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רגע משפחתי טוב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משפחה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